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C46B8" w14:textId="5E5EDDCD" w:rsidR="00E84E52" w:rsidRPr="005C0AF9" w:rsidRDefault="005C0AF9">
      <w:pPr>
        <w:pStyle w:val="Ttulo1"/>
        <w:rPr>
          <w:rFonts w:ascii="Arial" w:hAnsi="Arial" w:cs="Arial"/>
        </w:rPr>
      </w:pPr>
      <w:proofErr w:type="spellStart"/>
      <w:r w:rsidRPr="005C0AF9">
        <w:rPr>
          <w:rFonts w:ascii="Arial" w:hAnsi="Arial" w:cs="Arial"/>
        </w:rPr>
        <w:t>Formulario</w:t>
      </w:r>
      <w:proofErr w:type="spellEnd"/>
      <w:r w:rsidRPr="005C0AF9"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a</w:t>
      </w:r>
      <w:r w:rsidRPr="005C0AF9">
        <w:rPr>
          <w:rFonts w:ascii="Arial" w:hAnsi="Arial" w:cs="Arial"/>
        </w:rPr>
        <w:t>plicación</w:t>
      </w:r>
      <w:proofErr w:type="spellEnd"/>
      <w:r w:rsidRPr="005C0AF9">
        <w:rPr>
          <w:rFonts w:ascii="Arial" w:hAnsi="Arial" w:cs="Arial"/>
        </w:rPr>
        <w:t xml:space="preserve"> para </w:t>
      </w:r>
      <w:proofErr w:type="spellStart"/>
      <w:r>
        <w:rPr>
          <w:rFonts w:ascii="Arial" w:hAnsi="Arial" w:cs="Arial"/>
        </w:rPr>
        <w:t>v</w:t>
      </w:r>
      <w:r w:rsidRPr="005C0AF9">
        <w:rPr>
          <w:rFonts w:ascii="Arial" w:hAnsi="Arial" w:cs="Arial"/>
        </w:rPr>
        <w:t>oluntariado</w:t>
      </w:r>
      <w:proofErr w:type="spellEnd"/>
    </w:p>
    <w:p w14:paraId="7DA1E5C5" w14:textId="77777777" w:rsidR="00E84E52" w:rsidRPr="005C0AF9" w:rsidRDefault="005C0AF9">
      <w:pPr>
        <w:rPr>
          <w:rFonts w:ascii="Arial" w:hAnsi="Arial" w:cs="Arial"/>
        </w:rPr>
      </w:pPr>
      <w:r w:rsidRPr="005C0AF9">
        <w:rPr>
          <w:rFonts w:ascii="Arial" w:hAnsi="Arial" w:cs="Arial"/>
        </w:rPr>
        <w:t>Fundación Andresito por un Corazón Sano y Feliz</w:t>
      </w:r>
      <w:r w:rsidRPr="005C0AF9">
        <w:rPr>
          <w:rFonts w:ascii="Arial" w:hAnsi="Arial" w:cs="Arial"/>
        </w:rPr>
        <w:br/>
      </w:r>
    </w:p>
    <w:p w14:paraId="46F8AA1B" w14:textId="77777777" w:rsidR="00E84E52" w:rsidRPr="005C0AF9" w:rsidRDefault="005C0AF9">
      <w:pPr>
        <w:pStyle w:val="Ttulo2"/>
        <w:rPr>
          <w:rFonts w:ascii="Arial" w:hAnsi="Arial" w:cs="Arial"/>
        </w:rPr>
      </w:pPr>
      <w:r w:rsidRPr="005C0AF9">
        <w:rPr>
          <w:rFonts w:ascii="Arial" w:hAnsi="Arial" w:cs="Arial"/>
        </w:rPr>
        <w:t>1. Datos personales</w:t>
      </w:r>
    </w:p>
    <w:p w14:paraId="4CA2AB3E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Nombre completo:</w:t>
      </w:r>
    </w:p>
    <w:p w14:paraId="179056C6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Nacionalidad:</w:t>
      </w:r>
    </w:p>
    <w:p w14:paraId="175D96F7" w14:textId="786FEFD7" w:rsidR="00E84E52" w:rsidRDefault="005C0AF9">
      <w:pPr>
        <w:pStyle w:val="Listaconvietas"/>
        <w:rPr>
          <w:rFonts w:ascii="Arial" w:hAnsi="Arial" w:cs="Arial"/>
        </w:rPr>
      </w:pPr>
      <w:proofErr w:type="spellStart"/>
      <w:r w:rsidRPr="005C0AF9">
        <w:rPr>
          <w:rFonts w:ascii="Arial" w:hAnsi="Arial" w:cs="Arial"/>
        </w:rPr>
        <w:t>Edad</w:t>
      </w:r>
      <w:proofErr w:type="spellEnd"/>
      <w:r w:rsidRPr="005C0AF9">
        <w:rPr>
          <w:rFonts w:ascii="Arial" w:hAnsi="Arial" w:cs="Arial"/>
        </w:rPr>
        <w:t>:</w:t>
      </w:r>
    </w:p>
    <w:p w14:paraId="7950FA4C" w14:textId="4E12C452" w:rsidR="005C0AF9" w:rsidRPr="005C0AF9" w:rsidRDefault="005C0AF9">
      <w:pPr>
        <w:pStyle w:val="Listaconvietas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Sexo</w:t>
      </w:r>
      <w:proofErr w:type="spellEnd"/>
    </w:p>
    <w:p w14:paraId="7C753B92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Género (opcional):</w:t>
      </w:r>
    </w:p>
    <w:p w14:paraId="387B58EF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Teléfono de contacto:</w:t>
      </w:r>
    </w:p>
    <w:p w14:paraId="6F0F9D44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Correo electrónico:</w:t>
      </w:r>
    </w:p>
    <w:p w14:paraId="45112EBE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Dirección de residencia:</w:t>
      </w:r>
    </w:p>
    <w:p w14:paraId="3F3AFE5F" w14:textId="77777777" w:rsidR="00E84E52" w:rsidRPr="005C0AF9" w:rsidRDefault="005C0AF9">
      <w:pPr>
        <w:pStyle w:val="Ttulo2"/>
        <w:rPr>
          <w:rFonts w:ascii="Arial" w:hAnsi="Arial" w:cs="Arial"/>
        </w:rPr>
      </w:pPr>
      <w:r w:rsidRPr="005C0AF9">
        <w:rPr>
          <w:rFonts w:ascii="Arial" w:hAnsi="Arial" w:cs="Arial"/>
        </w:rPr>
        <w:t xml:space="preserve">2. </w:t>
      </w:r>
      <w:r w:rsidRPr="005C0AF9">
        <w:rPr>
          <w:rFonts w:ascii="Arial" w:hAnsi="Arial" w:cs="Arial"/>
        </w:rPr>
        <w:t>Disponibilidad</w:t>
      </w:r>
    </w:p>
    <w:p w14:paraId="553D6A10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¿Cuántas horas a la semana puedes ofrecer como voluntario?</w:t>
      </w:r>
    </w:p>
    <w:p w14:paraId="301AC2B4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¿Días y horarios preferidos?</w:t>
      </w:r>
    </w:p>
    <w:p w14:paraId="0DAC3388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¿Dispones de conectividad para reuniones virtuales? Sí / No</w:t>
      </w:r>
    </w:p>
    <w:p w14:paraId="2241AE77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¿Te interesa el voluntariado presencial, virtual o ambos?</w:t>
      </w:r>
    </w:p>
    <w:p w14:paraId="4CCEDEB3" w14:textId="77777777" w:rsidR="00E84E52" w:rsidRPr="005C0AF9" w:rsidRDefault="005C0AF9">
      <w:pPr>
        <w:pStyle w:val="Ttulo2"/>
        <w:rPr>
          <w:rFonts w:ascii="Arial" w:hAnsi="Arial" w:cs="Arial"/>
        </w:rPr>
      </w:pPr>
      <w:r w:rsidRPr="005C0AF9">
        <w:rPr>
          <w:rFonts w:ascii="Arial" w:hAnsi="Arial" w:cs="Arial"/>
        </w:rPr>
        <w:t>3. Experiencia y motivaciones</w:t>
      </w:r>
    </w:p>
    <w:p w14:paraId="37426034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 xml:space="preserve">¿Has </w:t>
      </w:r>
      <w:r w:rsidRPr="005C0AF9">
        <w:rPr>
          <w:rFonts w:ascii="Arial" w:hAnsi="Arial" w:cs="Arial"/>
        </w:rPr>
        <w:t>participado antes en voluntariados? ¿Dónde y en qué funciones?</w:t>
      </w:r>
    </w:p>
    <w:p w14:paraId="0871894E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¿Qué te motiva a formar parte de la Fundación Andresito?</w:t>
      </w:r>
    </w:p>
    <w:p w14:paraId="06AD23B8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¿Qué habilidades o conocimientos puedes ofrecer (ej. idiomas, salud, educación, redes, trabajo social, etc.)?</w:t>
      </w:r>
    </w:p>
    <w:p w14:paraId="3B400E07" w14:textId="77777777" w:rsidR="00E84E52" w:rsidRPr="005C0AF9" w:rsidRDefault="005C0AF9">
      <w:pPr>
        <w:pStyle w:val="Ttulo2"/>
        <w:rPr>
          <w:rFonts w:ascii="Arial" w:hAnsi="Arial" w:cs="Arial"/>
        </w:rPr>
      </w:pPr>
      <w:r w:rsidRPr="005C0AF9">
        <w:rPr>
          <w:rFonts w:ascii="Arial" w:hAnsi="Arial" w:cs="Arial"/>
        </w:rPr>
        <w:t>4. Expectativas</w:t>
      </w:r>
    </w:p>
    <w:p w14:paraId="236707A0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¿Qué esper</w:t>
      </w:r>
      <w:r w:rsidRPr="005C0AF9">
        <w:rPr>
          <w:rFonts w:ascii="Arial" w:hAnsi="Arial" w:cs="Arial"/>
        </w:rPr>
        <w:t>as de esta experiencia?</w:t>
      </w:r>
    </w:p>
    <w:p w14:paraId="429C39E0" w14:textId="570228ED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 xml:space="preserve">¿Tienes alguna expectativa específica respecto al trabajo comunitario o a los </w:t>
      </w:r>
      <w:proofErr w:type="spellStart"/>
      <w:r w:rsidRPr="005C0AF9">
        <w:rPr>
          <w:rFonts w:ascii="Arial" w:hAnsi="Arial" w:cs="Arial"/>
        </w:rPr>
        <w:t>casos</w:t>
      </w:r>
      <w:proofErr w:type="spellEnd"/>
      <w:r w:rsidRPr="005C0AF9">
        <w:rPr>
          <w:rFonts w:ascii="Arial" w:hAnsi="Arial" w:cs="Arial"/>
        </w:rPr>
        <w:t xml:space="preserve"> que </w:t>
      </w:r>
      <w:proofErr w:type="spellStart"/>
      <w:r w:rsidRPr="005C0AF9">
        <w:rPr>
          <w:rFonts w:ascii="Arial" w:hAnsi="Arial" w:cs="Arial"/>
        </w:rPr>
        <w:t>acompañamos</w:t>
      </w:r>
      <w:proofErr w:type="spellEnd"/>
      <w:r w:rsidRPr="005C0AF9">
        <w:rPr>
          <w:rFonts w:ascii="Arial" w:hAnsi="Arial" w:cs="Arial"/>
        </w:rPr>
        <w:t>?</w:t>
      </w:r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Algún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caso</w:t>
      </w:r>
      <w:proofErr w:type="spellEnd"/>
      <w:r>
        <w:rPr>
          <w:rFonts w:ascii="Arial" w:hAnsi="Arial" w:cs="Arial"/>
        </w:rPr>
        <w:t xml:space="preserve"> o </w:t>
      </w:r>
      <w:proofErr w:type="spellStart"/>
      <w:r>
        <w:rPr>
          <w:rFonts w:ascii="Arial" w:hAnsi="Arial" w:cs="Arial"/>
        </w:rPr>
        <w:t>proyecto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en</w:t>
      </w:r>
      <w:proofErr w:type="spellEnd"/>
      <w:r>
        <w:rPr>
          <w:rFonts w:ascii="Arial" w:hAnsi="Arial" w:cs="Arial"/>
        </w:rPr>
        <w:t xml:space="preserve"> particular)</w:t>
      </w:r>
    </w:p>
    <w:p w14:paraId="7E651B6A" w14:textId="77777777" w:rsidR="00E84E52" w:rsidRPr="005C0AF9" w:rsidRDefault="005C0AF9">
      <w:pPr>
        <w:pStyle w:val="Ttulo2"/>
        <w:rPr>
          <w:rFonts w:ascii="Arial" w:hAnsi="Arial" w:cs="Arial"/>
        </w:rPr>
      </w:pPr>
      <w:r w:rsidRPr="005C0AF9">
        <w:rPr>
          <w:rFonts w:ascii="Arial" w:hAnsi="Arial" w:cs="Arial"/>
        </w:rPr>
        <w:t>5. Ética y compromiso</w:t>
      </w:r>
    </w:p>
    <w:p w14:paraId="07D9B7EF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¿Estás de acuerdo en asumir un aporte solidario para sostener los proyectos de la fundación?</w:t>
      </w:r>
    </w:p>
    <w:p w14:paraId="4671FA34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¿Estás dispuesto</w:t>
      </w:r>
      <w:r w:rsidRPr="005C0AF9">
        <w:rPr>
          <w:rFonts w:ascii="Arial" w:hAnsi="Arial" w:cs="Arial"/>
        </w:rPr>
        <w:t>(a) a respetar el protocolo ético que protege la dignidad de nuestros beneficiarios?</w:t>
      </w:r>
    </w:p>
    <w:p w14:paraId="1D988771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¿Tienes antecedentes penales o procesos judiciales abiertos? (Respuesta obligatoria, confidencial)</w:t>
      </w:r>
    </w:p>
    <w:p w14:paraId="7F90B8C3" w14:textId="77777777" w:rsidR="00E84E52" w:rsidRPr="005C0AF9" w:rsidRDefault="005C0AF9">
      <w:pPr>
        <w:pStyle w:val="Ttulo2"/>
        <w:rPr>
          <w:rFonts w:ascii="Arial" w:hAnsi="Arial" w:cs="Arial"/>
        </w:rPr>
      </w:pPr>
      <w:r w:rsidRPr="005C0AF9">
        <w:rPr>
          <w:rFonts w:ascii="Arial" w:hAnsi="Arial" w:cs="Arial"/>
        </w:rPr>
        <w:t>6. Referencias</w:t>
      </w:r>
    </w:p>
    <w:p w14:paraId="6E0D1250" w14:textId="77777777" w:rsidR="00E84E52" w:rsidRPr="005C0AF9" w:rsidRDefault="005C0AF9">
      <w:pPr>
        <w:pStyle w:val="Listaconvietas"/>
        <w:rPr>
          <w:rFonts w:ascii="Arial" w:hAnsi="Arial" w:cs="Arial"/>
        </w:rPr>
      </w:pPr>
      <w:r w:rsidRPr="005C0AF9">
        <w:rPr>
          <w:rFonts w:ascii="Arial" w:hAnsi="Arial" w:cs="Arial"/>
        </w:rPr>
        <w:t>Contacto de una referencia personal o profesional (nombre</w:t>
      </w:r>
      <w:r w:rsidRPr="005C0AF9">
        <w:rPr>
          <w:rFonts w:ascii="Arial" w:hAnsi="Arial" w:cs="Arial"/>
        </w:rPr>
        <w:t>, relación, teléfono o correo)</w:t>
      </w:r>
    </w:p>
    <w:sectPr w:rsidR="00E84E52" w:rsidRPr="005C0AF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C0AF9"/>
    <w:rsid w:val="00AA1D8D"/>
    <w:rsid w:val="00B47730"/>
    <w:rsid w:val="00CB0664"/>
    <w:rsid w:val="00E84E5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8E15BB"/>
  <w14:defaultImageDpi w14:val="300"/>
  <w15:docId w15:val="{22138222-CB0B-4EE1-B06A-075AE8948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Viviana Alejandra Collaguazo Torres</cp:lastModifiedBy>
  <cp:revision>2</cp:revision>
  <dcterms:created xsi:type="dcterms:W3CDTF">2013-12-23T23:15:00Z</dcterms:created>
  <dcterms:modified xsi:type="dcterms:W3CDTF">2025-06-09T02:21:00Z</dcterms:modified>
  <cp:category/>
</cp:coreProperties>
</file>